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כרטיס המחויבות שלי + מעקב פומודורו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בוחרים עד 3 כלים, ובודקים בסוף השבוע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המטרה שלי השבוע: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הכלים שבחרתי: 1. ______________  2. ______________  3. 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מתי אבדוק איך הלך? ______________   מי יכול לעזור לי? 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מעקב סבבי עבודה (צבעו עיגול על כל סבב שהשלמתם)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ראשון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שני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שלישי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רביעי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חמישי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שישי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  <w:tr>
        <w:tc>
          <w:tcPr>
            <w:tcW w:type="dxa" w:w="50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שבת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36"/>
                <w:rtl/>
                <w:szCs w:val="36"/>
              </w:rPr>
              <w:t>○  ○  ○  ○  ○  ○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רפלקציה בסוף השבוע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מה עבד לי?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מה אשנה בשבוע הבא?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