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מפתח תשובות – עולים – קל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הזמן שלי – שעה, יום ותור (למורה)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היום של סשה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1. איזה יום היום? – יום שני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2. מתי סשה הולך לאלפן? – בשעה שמונה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3. מה יש לסשה בשעה ארבע? – תור לרופא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4. איך סשה זוכר את התור? – כותב ביומן ושם תזכרת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5. מה אתם עושים היום בשעה שמונה? – תשובה אישית; לבדוק שיש נימוק ודוגמה.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מה השעה? כתבו את השעה מתחת לכל שעון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1. 8:00 – שמונה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2. 1:00 – אחת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3. 4:30 – ארבע וחצי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4. 10:30 – עשר וחצי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בבקר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1. קם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2. מתלבש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3. אוכל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4. יוצא מהבית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התשובה המיטבית: מתקשר: "אני מאחר". נכון! ובפעם הבאה – שעון מעורר. לקבל גם תשובה אחרת עם נימוק סביר.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תשובה אישית. לבדוק שהתשובה מוחשית: יום, שעה, צעד ברור.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